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3C44" w14:textId="77777777" w:rsidR="006B0352" w:rsidRPr="000A1E7F" w:rsidRDefault="000A1E7F">
      <w:pPr>
        <w:pStyle w:val="1"/>
        <w:rPr>
          <w:lang w:val="ru-RU"/>
        </w:rPr>
      </w:pPr>
      <w:r w:rsidRPr="000A1E7F">
        <w:rPr>
          <w:lang w:val="ru-RU"/>
        </w:rPr>
        <w:t>КОМПЛЕКСНАЯ АВТОМАТИЗАЦИЯ ДЛЯ БЬЮТИ-БИЗНЕСА</w:t>
      </w:r>
    </w:p>
    <w:p w14:paraId="647DC648" w14:textId="77777777" w:rsidR="006B0352" w:rsidRPr="000A1E7F" w:rsidRDefault="000A1E7F">
      <w:pPr>
        <w:pStyle w:val="af8"/>
        <w:rPr>
          <w:lang w:val="ru-RU"/>
        </w:rPr>
      </w:pPr>
      <w:r w:rsidRPr="000A1E7F">
        <w:rPr>
          <w:lang w:val="ru-RU"/>
        </w:rPr>
        <w:t>Рынок: СНГ</w:t>
      </w:r>
    </w:p>
    <w:p w14:paraId="482CA03B" w14:textId="77777777" w:rsidR="006B0352" w:rsidRPr="000A1E7F" w:rsidRDefault="000A1E7F">
      <w:pPr>
        <w:pStyle w:val="21"/>
        <w:rPr>
          <w:lang w:val="ru-RU"/>
        </w:rPr>
      </w:pPr>
      <w:r w:rsidRPr="000A1E7F">
        <w:rPr>
          <w:lang w:val="ru-RU"/>
        </w:rPr>
        <w:t>ЦЕЛЬ</w:t>
      </w:r>
    </w:p>
    <w:p w14:paraId="730BDCBC" w14:textId="77777777" w:rsidR="006B0352" w:rsidRPr="000A1E7F" w:rsidRDefault="000A1E7F">
      <w:pPr>
        <w:rPr>
          <w:lang w:val="ru-RU"/>
        </w:rPr>
      </w:pPr>
      <w:r>
        <w:t>📈</w:t>
      </w:r>
      <w:r w:rsidRPr="000A1E7F">
        <w:rPr>
          <w:lang w:val="ru-RU"/>
        </w:rPr>
        <w:t xml:space="preserve"> Увеличить записи, </w:t>
      </w:r>
      <w:r>
        <w:t>🤖</w:t>
      </w:r>
      <w:r w:rsidRPr="000A1E7F">
        <w:rPr>
          <w:lang w:val="ru-RU"/>
        </w:rPr>
        <w:t xml:space="preserve"> автоматизировать общение, </w:t>
      </w:r>
      <w:r>
        <w:t>💬</w:t>
      </w:r>
      <w:r w:rsidRPr="000A1E7F">
        <w:rPr>
          <w:lang w:val="ru-RU"/>
        </w:rPr>
        <w:t xml:space="preserve"> снизить нагрузку на администратора и </w:t>
      </w:r>
      <w:r>
        <w:t>💰</w:t>
      </w:r>
      <w:r w:rsidRPr="000A1E7F">
        <w:rPr>
          <w:lang w:val="ru-RU"/>
        </w:rPr>
        <w:t xml:space="preserve"> увеличить доход с каждого клиента.</w:t>
      </w:r>
    </w:p>
    <w:p w14:paraId="29200851" w14:textId="77777777" w:rsidR="006B0352" w:rsidRDefault="000A1E7F">
      <w:pPr>
        <w:pStyle w:val="21"/>
      </w:pPr>
      <w:r>
        <w:t>КЛЮЧЕВЫЕ РЕЗУЛЬТАТЫ</w:t>
      </w:r>
    </w:p>
    <w:p w14:paraId="4CEBD42E" w14:textId="77777777" w:rsidR="006B0352" w:rsidRDefault="000A1E7F">
      <w:pPr>
        <w:pStyle w:val="a0"/>
      </w:pPr>
      <w:r>
        <w:t xml:space="preserve">+35–50% больше заявок с Instagram, </w:t>
      </w:r>
      <w:r>
        <w:t>WhatsApp, Telegram</w:t>
      </w:r>
    </w:p>
    <w:p w14:paraId="0E37D0DD" w14:textId="77777777" w:rsidR="006B0352" w:rsidRPr="000A1E7F" w:rsidRDefault="000A1E7F">
      <w:pPr>
        <w:pStyle w:val="a0"/>
        <w:rPr>
          <w:lang w:val="ru-RU"/>
        </w:rPr>
      </w:pPr>
      <w:r w:rsidRPr="000A1E7F">
        <w:rPr>
          <w:lang w:val="ru-RU"/>
        </w:rPr>
        <w:t>Время ответа клиенту — 5–10 секунд вместо часов</w:t>
      </w:r>
    </w:p>
    <w:p w14:paraId="0E547432" w14:textId="77777777" w:rsidR="006B0352" w:rsidRDefault="000A1E7F">
      <w:pPr>
        <w:pStyle w:val="a0"/>
      </w:pPr>
      <w:r>
        <w:t>Экономия до $1000/мес на администраторах</w:t>
      </w:r>
    </w:p>
    <w:p w14:paraId="58FA67B2" w14:textId="77777777" w:rsidR="006B0352" w:rsidRDefault="000A1E7F">
      <w:pPr>
        <w:pStyle w:val="a0"/>
      </w:pPr>
      <w:r>
        <w:t>Стабильные повторные записи без продаж</w:t>
      </w:r>
    </w:p>
    <w:p w14:paraId="19690716" w14:textId="77777777" w:rsidR="006B0352" w:rsidRDefault="000A1E7F">
      <w:pPr>
        <w:pStyle w:val="a0"/>
      </w:pPr>
      <w:r>
        <w:t>Рост лояльности и удержания клиентов</w:t>
      </w:r>
    </w:p>
    <w:p w14:paraId="6D418E49" w14:textId="77777777" w:rsidR="006B0352" w:rsidRDefault="000A1E7F">
      <w:pPr>
        <w:pStyle w:val="21"/>
      </w:pPr>
      <w:r>
        <w:t>ЧТО ВХОДИТ В ПАКЕТ</w:t>
      </w:r>
    </w:p>
    <w:p w14:paraId="06FC88AC" w14:textId="77777777" w:rsidR="006B0352" w:rsidRPr="000A1E7F" w:rsidRDefault="000A1E7F">
      <w:pPr>
        <w:pStyle w:val="a0"/>
        <w:rPr>
          <w:lang w:val="ru-RU"/>
        </w:rPr>
      </w:pPr>
      <w:r>
        <w:t>🤖</w:t>
      </w:r>
      <w:r w:rsidRPr="000A1E7F">
        <w:rPr>
          <w:lang w:val="ru-RU"/>
        </w:rPr>
        <w:t xml:space="preserve"> </w:t>
      </w:r>
      <w:r>
        <w:t>AI</w:t>
      </w:r>
      <w:r w:rsidRPr="000A1E7F">
        <w:rPr>
          <w:lang w:val="ru-RU"/>
        </w:rPr>
        <w:t>-Ассистент (</w:t>
      </w:r>
      <w:r>
        <w:t>Instagram</w:t>
      </w:r>
      <w:r w:rsidRPr="000A1E7F">
        <w:rPr>
          <w:lang w:val="ru-RU"/>
        </w:rPr>
        <w:t xml:space="preserve"> / </w:t>
      </w:r>
      <w:r>
        <w:t>Telegram</w:t>
      </w:r>
      <w:r w:rsidRPr="000A1E7F">
        <w:rPr>
          <w:lang w:val="ru-RU"/>
        </w:rPr>
        <w:t xml:space="preserve"> / </w:t>
      </w:r>
      <w:r>
        <w:t>WhatsApp</w:t>
      </w:r>
      <w:r w:rsidRPr="000A1E7F">
        <w:rPr>
          <w:lang w:val="ru-RU"/>
        </w:rPr>
        <w:t>): от</w:t>
      </w:r>
      <w:r w:rsidRPr="000A1E7F">
        <w:rPr>
          <w:lang w:val="ru-RU"/>
        </w:rPr>
        <w:t>вечает на вопросы, принимает заявки, работает 24/7</w:t>
      </w:r>
    </w:p>
    <w:p w14:paraId="2113F598" w14:textId="77777777" w:rsidR="006B0352" w:rsidRPr="000A1E7F" w:rsidRDefault="000A1E7F">
      <w:pPr>
        <w:pStyle w:val="a0"/>
        <w:rPr>
          <w:lang w:val="ru-RU"/>
        </w:rPr>
      </w:pPr>
      <w:r>
        <w:t>📞</w:t>
      </w:r>
      <w:r w:rsidRPr="000A1E7F">
        <w:rPr>
          <w:lang w:val="ru-RU"/>
        </w:rPr>
        <w:t xml:space="preserve"> </w:t>
      </w:r>
      <w:r>
        <w:t>AI</w:t>
      </w:r>
      <w:r w:rsidRPr="000A1E7F">
        <w:rPr>
          <w:lang w:val="ru-RU"/>
        </w:rPr>
        <w:t xml:space="preserve">-звонящий: подтверждение записи, напоминания, </w:t>
      </w:r>
      <w:r>
        <w:t>follow</w:t>
      </w:r>
      <w:r w:rsidRPr="000A1E7F">
        <w:rPr>
          <w:lang w:val="ru-RU"/>
        </w:rPr>
        <w:t>-</w:t>
      </w:r>
      <w:r>
        <w:t>up</w:t>
      </w:r>
      <w:r w:rsidRPr="000A1E7F">
        <w:rPr>
          <w:lang w:val="ru-RU"/>
        </w:rPr>
        <w:t>, реалистичный голос</w:t>
      </w:r>
    </w:p>
    <w:p w14:paraId="15C18A29" w14:textId="77777777" w:rsidR="006B0352" w:rsidRPr="000A1E7F" w:rsidRDefault="000A1E7F">
      <w:pPr>
        <w:pStyle w:val="a0"/>
        <w:rPr>
          <w:lang w:val="ru-RU"/>
        </w:rPr>
      </w:pPr>
      <w:r>
        <w:t>📅</w:t>
      </w:r>
      <w:r w:rsidRPr="000A1E7F">
        <w:rPr>
          <w:lang w:val="ru-RU"/>
        </w:rPr>
        <w:t xml:space="preserve"> Онлайн-запись + </w:t>
      </w:r>
      <w:r>
        <w:t>CRM</w:t>
      </w:r>
      <w:r w:rsidRPr="000A1E7F">
        <w:rPr>
          <w:lang w:val="ru-RU"/>
        </w:rPr>
        <w:t xml:space="preserve">/таблица: </w:t>
      </w:r>
      <w:r>
        <w:t>Google</w:t>
      </w:r>
      <w:r w:rsidRPr="000A1E7F">
        <w:rPr>
          <w:lang w:val="ru-RU"/>
        </w:rPr>
        <w:t xml:space="preserve"> </w:t>
      </w:r>
      <w:r>
        <w:t>Sheets</w:t>
      </w:r>
      <w:r w:rsidRPr="000A1E7F">
        <w:rPr>
          <w:lang w:val="ru-RU"/>
        </w:rPr>
        <w:t xml:space="preserve"> или </w:t>
      </w:r>
      <w:r>
        <w:t>Bitrix</w:t>
      </w:r>
      <w:r w:rsidRPr="000A1E7F">
        <w:rPr>
          <w:lang w:val="ru-RU"/>
        </w:rPr>
        <w:t>/</w:t>
      </w:r>
      <w:r>
        <w:t>Airtable</w:t>
      </w:r>
      <w:r w:rsidRPr="000A1E7F">
        <w:rPr>
          <w:lang w:val="ru-RU"/>
        </w:rPr>
        <w:t xml:space="preserve"> + отчётность</w:t>
      </w:r>
    </w:p>
    <w:p w14:paraId="3CDDF460" w14:textId="77777777" w:rsidR="006B0352" w:rsidRPr="000A1E7F" w:rsidRDefault="000A1E7F">
      <w:pPr>
        <w:pStyle w:val="a0"/>
        <w:rPr>
          <w:lang w:val="ru-RU"/>
        </w:rPr>
      </w:pPr>
      <w:r>
        <w:t>🎯</w:t>
      </w:r>
      <w:r w:rsidRPr="000A1E7F">
        <w:rPr>
          <w:lang w:val="ru-RU"/>
        </w:rPr>
        <w:t xml:space="preserve"> Автоворонка повторных записей: напоминания</w:t>
      </w:r>
      <w:r w:rsidRPr="000A1E7F">
        <w:rPr>
          <w:lang w:val="ru-RU"/>
        </w:rPr>
        <w:t>, апсейлы, авто-сообщения</w:t>
      </w:r>
    </w:p>
    <w:p w14:paraId="29F4EA88" w14:textId="77777777" w:rsidR="006B0352" w:rsidRPr="000A1E7F" w:rsidRDefault="000A1E7F">
      <w:pPr>
        <w:pStyle w:val="a0"/>
        <w:rPr>
          <w:lang w:val="ru-RU"/>
        </w:rPr>
      </w:pPr>
      <w:r>
        <w:t>📱</w:t>
      </w:r>
      <w:r w:rsidRPr="000A1E7F">
        <w:rPr>
          <w:lang w:val="ru-RU"/>
        </w:rPr>
        <w:t xml:space="preserve"> Мини-лендинг или </w:t>
      </w:r>
      <w:r>
        <w:t>Telegram</w:t>
      </w:r>
      <w:r w:rsidRPr="000A1E7F">
        <w:rPr>
          <w:lang w:val="ru-RU"/>
        </w:rPr>
        <w:t>-меню: услуги, фото, кнопка записи</w:t>
      </w:r>
    </w:p>
    <w:p w14:paraId="33D62D36" w14:textId="77777777" w:rsidR="006B0352" w:rsidRPr="000A1E7F" w:rsidRDefault="000A1E7F">
      <w:pPr>
        <w:pStyle w:val="21"/>
        <w:rPr>
          <w:lang w:val="ru-RU"/>
        </w:rPr>
      </w:pPr>
      <w:r w:rsidRPr="000A1E7F">
        <w:rPr>
          <w:lang w:val="ru-RU"/>
        </w:rPr>
        <w:t>СТОИМОСТЬ</w:t>
      </w:r>
    </w:p>
    <w:p w14:paraId="3A91473C" w14:textId="77777777" w:rsidR="006B0352" w:rsidRPr="000A1E7F" w:rsidRDefault="000A1E7F">
      <w:pPr>
        <w:rPr>
          <w:lang w:val="ru-RU"/>
        </w:rPr>
      </w:pPr>
      <w:r w:rsidRPr="000A1E7F">
        <w:rPr>
          <w:lang w:val="ru-RU"/>
        </w:rPr>
        <w:t>Полный пакет: 2000$ ($) — разовый платёж</w:t>
      </w:r>
    </w:p>
    <w:p w14:paraId="7266A1BC" w14:textId="77777777" w:rsidR="006B0352" w:rsidRPr="000A1E7F" w:rsidRDefault="000A1E7F">
      <w:pPr>
        <w:rPr>
          <w:lang w:val="ru-RU"/>
        </w:rPr>
      </w:pPr>
      <w:r w:rsidRPr="000A1E7F">
        <w:rPr>
          <w:lang w:val="ru-RU"/>
        </w:rPr>
        <w:t>Поддержка после внедрения (по желанию): 5000₽ / мес</w:t>
      </w:r>
    </w:p>
    <w:p w14:paraId="66579A70" w14:textId="77777777" w:rsidR="006B0352" w:rsidRDefault="000A1E7F">
      <w:pPr>
        <w:pStyle w:val="21"/>
      </w:pPr>
      <w:r>
        <w:t>КОНТАКТЫ</w:t>
      </w:r>
    </w:p>
    <w:p w14:paraId="7C044B09" w14:textId="77777777" w:rsidR="000A1E7F" w:rsidRDefault="000A1E7F" w:rsidP="000A1E7F">
      <w:proofErr w:type="spellStart"/>
      <w:r>
        <w:t>TechnoHubSolutions</w:t>
      </w:r>
      <w:proofErr w:type="spellEnd"/>
      <w:r>
        <w:t xml:space="preserve"> / Ruslan </w:t>
      </w:r>
      <w:proofErr w:type="spellStart"/>
      <w:r>
        <w:t>Bayakhmetov</w:t>
      </w:r>
      <w:proofErr w:type="spellEnd"/>
    </w:p>
    <w:p w14:paraId="4BBF9ACB" w14:textId="77777777" w:rsidR="000A1E7F" w:rsidRDefault="000A1E7F" w:rsidP="000A1E7F">
      <w:r>
        <w:t>Telegram: https://t.me/waltersullivan777</w:t>
      </w:r>
    </w:p>
    <w:p w14:paraId="10A247C6" w14:textId="77777777" w:rsidR="000A1E7F" w:rsidRPr="000A1E7F" w:rsidRDefault="000A1E7F" w:rsidP="000A1E7F">
      <w:pPr>
        <w:rPr>
          <w:lang w:val="ru-RU"/>
        </w:rPr>
      </w:pPr>
      <w:r>
        <w:t>Email</w:t>
      </w:r>
      <w:r w:rsidRPr="000A1E7F">
        <w:rPr>
          <w:lang w:val="ru-RU"/>
        </w:rPr>
        <w:t xml:space="preserve">: </w:t>
      </w:r>
      <w:r>
        <w:t>technohubsolutions</w:t>
      </w:r>
      <w:r w:rsidRPr="000A1E7F">
        <w:rPr>
          <w:lang w:val="ru-RU"/>
        </w:rPr>
        <w:t>@</w:t>
      </w:r>
      <w:r>
        <w:t>gmail</w:t>
      </w:r>
      <w:r w:rsidRPr="000A1E7F">
        <w:rPr>
          <w:lang w:val="ru-RU"/>
        </w:rPr>
        <w:t>.</w:t>
      </w:r>
      <w:r>
        <w:t>com</w:t>
      </w:r>
    </w:p>
    <w:p w14:paraId="3567B770" w14:textId="77777777" w:rsidR="006B0352" w:rsidRPr="000A1E7F" w:rsidRDefault="000A1E7F">
      <w:pPr>
        <w:rPr>
          <w:lang w:val="ru-RU"/>
        </w:rPr>
      </w:pPr>
      <w:r w:rsidRPr="000A1E7F">
        <w:rPr>
          <w:lang w:val="ru-RU"/>
        </w:rPr>
        <w:br/>
        <w:t xml:space="preserve">Преобразите ваш бизнес с помощью ИИ — пока конкуренты продолжают терять клиентов </w:t>
      </w:r>
      <w:r>
        <w:t>💥</w:t>
      </w:r>
    </w:p>
    <w:sectPr w:rsidR="006B0352" w:rsidRPr="000A1E7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E7F"/>
    <w:rsid w:val="0015074B"/>
    <w:rsid w:val="0029639D"/>
    <w:rsid w:val="00326F90"/>
    <w:rsid w:val="006B035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C3C83"/>
  <w14:defaultImageDpi w14:val="300"/>
  <w15:docId w15:val="{C4144796-86FA-4CF1-8144-754E5DAB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Эрик Калимуллин</cp:lastModifiedBy>
  <cp:revision>3</cp:revision>
  <dcterms:created xsi:type="dcterms:W3CDTF">2013-12-23T23:15:00Z</dcterms:created>
  <dcterms:modified xsi:type="dcterms:W3CDTF">2025-07-12T11:14:00Z</dcterms:modified>
  <cp:category/>
</cp:coreProperties>
</file>